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B44EC" w14:textId="77777777" w:rsidR="0064012C" w:rsidRPr="0064012C" w:rsidRDefault="0064012C">
      <w:pPr>
        <w:jc w:val="center"/>
        <w:rPr>
          <w:b/>
          <w:color w:val="472456"/>
          <w:sz w:val="18"/>
          <w:szCs w:val="8"/>
        </w:rPr>
      </w:pPr>
    </w:p>
    <w:p w14:paraId="256AC9B1" w14:textId="5FF00D84" w:rsidR="00604A0B" w:rsidRPr="00BB169A" w:rsidRDefault="00000000">
      <w:pPr>
        <w:jc w:val="center"/>
        <w:rPr>
          <w:sz w:val="8"/>
          <w:szCs w:val="8"/>
        </w:rPr>
      </w:pPr>
      <w:r>
        <w:rPr>
          <w:b/>
          <w:color w:val="472456"/>
          <w:sz w:val="40"/>
        </w:rPr>
        <w:t xml:space="preserve">CoachStation Leadership Development </w:t>
      </w:r>
      <w:r>
        <w:rPr>
          <w:b/>
          <w:color w:val="472456"/>
          <w:sz w:val="40"/>
        </w:rPr>
        <w:br/>
      </w:r>
    </w:p>
    <w:p w14:paraId="390EDAE7" w14:textId="77777777" w:rsidR="00BB169A" w:rsidRDefault="00000000" w:rsidP="00BB169A">
      <w:pPr>
        <w:jc w:val="center"/>
        <w:rPr>
          <w:color w:val="472456"/>
          <w:sz w:val="32"/>
        </w:rPr>
      </w:pPr>
      <w:r>
        <w:rPr>
          <w:color w:val="472456"/>
          <w:sz w:val="32"/>
        </w:rPr>
        <w:t>Advanced Personal Development Planner (PDP)</w:t>
      </w:r>
    </w:p>
    <w:p w14:paraId="26F86635" w14:textId="09F0A6B0" w:rsidR="00604A0B" w:rsidRPr="00BB169A" w:rsidRDefault="00000000" w:rsidP="00BB169A">
      <w:pPr>
        <w:jc w:val="center"/>
        <w:rPr>
          <w:rFonts w:asciiTheme="majorHAnsi" w:eastAsiaTheme="majorEastAsia" w:hAnsiTheme="majorHAnsi" w:cstheme="majorBidi"/>
          <w:b/>
          <w:bCs/>
          <w:color w:val="4F81BD" w:themeColor="accent1"/>
          <w:sz w:val="26"/>
          <w:szCs w:val="26"/>
        </w:rPr>
      </w:pPr>
      <w:r w:rsidRPr="00BB169A">
        <w:rPr>
          <w:rFonts w:asciiTheme="majorHAnsi" w:eastAsiaTheme="majorEastAsia" w:hAnsiTheme="majorHAnsi" w:cstheme="majorBidi"/>
          <w:b/>
          <w:bCs/>
          <w:color w:val="4F81BD" w:themeColor="accent1"/>
          <w:sz w:val="26"/>
          <w:szCs w:val="26"/>
        </w:rPr>
        <w:t>Instructions</w:t>
      </w:r>
    </w:p>
    <w:p w14:paraId="35133D10" w14:textId="77777777" w:rsidR="00115FC4" w:rsidRDefault="00000000">
      <w:r>
        <w:t xml:space="preserve">This advanced Personal Development Planner (PDP) is designed to challenge and support you in your leadership journey. It goes beyond surface-level reflection, encouraging you to think strategically, align your personal values with organisational goals, and identify actions that not only improve your leadership but also positively impact your team and organisation. </w:t>
      </w:r>
    </w:p>
    <w:p w14:paraId="11DA3A2F" w14:textId="77777777" w:rsidR="00115FC4" w:rsidRDefault="00000000">
      <w:r>
        <w:t xml:space="preserve">By completing this PDP, you will clarify your vision, focus areas, and measurable goals, fostering accountability and deeper insight. This resource serves as a foundation for meaningful discussions with your CoachStation coach, helping you track progress and achieve outcomes that benefit both you and those you lead. </w:t>
      </w:r>
    </w:p>
    <w:p w14:paraId="2275CD1B" w14:textId="3E1A4BC9" w:rsidR="00604A0B" w:rsidRDefault="00000000">
      <w:r>
        <w:t>Complete each section thoughtfully and save this document. Discuss your responses with your CoachStation coach during your next session.</w:t>
      </w:r>
    </w:p>
    <w:p w14:paraId="1C4A5416" w14:textId="77777777" w:rsidR="00604A0B" w:rsidRDefault="00000000">
      <w:r>
        <w:br w:type="page"/>
      </w:r>
    </w:p>
    <w:p w14:paraId="27932395" w14:textId="77777777" w:rsidR="00115FC4" w:rsidRPr="00115FC4" w:rsidRDefault="00115FC4">
      <w:pPr>
        <w:pStyle w:val="Heading2"/>
        <w:rPr>
          <w:sz w:val="16"/>
          <w:szCs w:val="16"/>
        </w:rPr>
      </w:pPr>
    </w:p>
    <w:p w14:paraId="6A888A36" w14:textId="1AAE30CF" w:rsidR="00604A0B" w:rsidRDefault="00000000">
      <w:pPr>
        <w:pStyle w:val="Heading2"/>
      </w:pPr>
      <w:r>
        <w:t>Vision &amp; Legacy</w:t>
      </w:r>
    </w:p>
    <w:p w14:paraId="132B18A1" w14:textId="77777777" w:rsidR="00604A0B" w:rsidRDefault="00000000">
      <w:pPr>
        <w:rPr>
          <w:b/>
          <w:bCs/>
          <w:sz w:val="24"/>
          <w:szCs w:val="24"/>
        </w:rPr>
      </w:pPr>
      <w:r w:rsidRPr="00115FC4">
        <w:rPr>
          <w:b/>
          <w:bCs/>
          <w:sz w:val="24"/>
          <w:szCs w:val="24"/>
        </w:rPr>
        <w:t>What does exceptional leadership mean to you? What legacy do you want to leave behind? What impact do you want others to experience because of your leadership?</w:t>
      </w:r>
    </w:p>
    <w:p w14:paraId="745A4142" w14:textId="00D1202E" w:rsidR="00115FC4" w:rsidRPr="00115FC4" w:rsidRDefault="00115FC4">
      <w:pPr>
        <w:rPr>
          <w:sz w:val="24"/>
          <w:szCs w:val="24"/>
        </w:rPr>
      </w:pPr>
      <w:r w:rsidRPr="00115FC4">
        <w:rPr>
          <w:sz w:val="24"/>
          <w:szCs w:val="24"/>
        </w:rPr>
        <w:t>This element helps you define what kind of leader you aspire to be and the lasting positive impact you want to create. When answering, reflect on how you want people to describe your leadership and what difference you want to make that outlives your direct involvement.</w:t>
      </w:r>
    </w:p>
    <w:p w14:paraId="3649BF32" w14:textId="387D1A64" w:rsidR="00604A0B" w:rsidRDefault="00000000">
      <w:sdt>
        <w:sdtPr>
          <w:id w:val="-1199548178"/>
          <w:placeholder>
            <w:docPart w:val="DefaultPlaceholder_-1854013440"/>
          </w:placeholder>
          <w:showingPlcHdr/>
        </w:sdtPr>
        <w:sdtContent>
          <w:r w:rsidR="00151699" w:rsidRPr="00945CDB">
            <w:rPr>
              <w:rStyle w:val="PlaceholderText"/>
            </w:rPr>
            <w:t>Click or tap here to enter text.</w:t>
          </w:r>
        </w:sdtContent>
      </w:sdt>
      <w:r w:rsidR="00151699">
        <w:br w:type="page"/>
      </w:r>
    </w:p>
    <w:p w14:paraId="3B3AB915" w14:textId="77777777" w:rsidR="00115FC4" w:rsidRPr="00115FC4" w:rsidRDefault="00115FC4">
      <w:pPr>
        <w:pStyle w:val="Heading2"/>
        <w:rPr>
          <w:sz w:val="16"/>
          <w:szCs w:val="16"/>
        </w:rPr>
      </w:pPr>
    </w:p>
    <w:p w14:paraId="4638A307" w14:textId="06A67748" w:rsidR="00604A0B" w:rsidRDefault="00000000">
      <w:pPr>
        <w:pStyle w:val="Heading2"/>
      </w:pPr>
      <w:r>
        <w:t>Current Strengths &amp; Achievements</w:t>
      </w:r>
    </w:p>
    <w:p w14:paraId="05D3106C" w14:textId="77777777" w:rsidR="00604A0B" w:rsidRPr="00115FC4" w:rsidRDefault="00000000">
      <w:pPr>
        <w:rPr>
          <w:b/>
          <w:bCs/>
          <w:sz w:val="24"/>
          <w:szCs w:val="24"/>
        </w:rPr>
      </w:pPr>
      <w:r w:rsidRPr="00115FC4">
        <w:rPr>
          <w:b/>
          <w:bCs/>
          <w:sz w:val="24"/>
          <w:szCs w:val="24"/>
        </w:rPr>
        <w:t>What are your strongest leadership traits and behaviours? Which achievements are you most proud of, and what do they reveal about you as a leader?</w:t>
      </w:r>
    </w:p>
    <w:p w14:paraId="0B3E95BB" w14:textId="4AE330F8" w:rsidR="00115FC4" w:rsidRPr="00115FC4" w:rsidRDefault="00115FC4">
      <w:pPr>
        <w:rPr>
          <w:sz w:val="24"/>
          <w:szCs w:val="24"/>
        </w:rPr>
      </w:pPr>
      <w:r w:rsidRPr="00115FC4">
        <w:rPr>
          <w:sz w:val="24"/>
          <w:szCs w:val="24"/>
        </w:rPr>
        <w:t>This section helps you recognise and articulate the leadership qualities and behaviours that already serve you well, as well as the milestones that showcase your impact. When answering, focus on specific examples that demonstrate your strengths in action and reveal the kind of leader you are at your best.</w:t>
      </w:r>
    </w:p>
    <w:p w14:paraId="15D069BD" w14:textId="0BC07B00" w:rsidR="00604A0B" w:rsidRDefault="00000000">
      <w:sdt>
        <w:sdtPr>
          <w:id w:val="1114184828"/>
          <w:placeholder>
            <w:docPart w:val="F9A535671730447FBA47533E93DD9D00"/>
          </w:placeholder>
          <w:showingPlcHdr/>
        </w:sdtPr>
        <w:sdtContent>
          <w:r w:rsidR="00151699" w:rsidRPr="00945CDB">
            <w:rPr>
              <w:rStyle w:val="PlaceholderText"/>
            </w:rPr>
            <w:t>Click or tap here to enter text.</w:t>
          </w:r>
        </w:sdtContent>
      </w:sdt>
      <w:r w:rsidR="00151699">
        <w:t xml:space="preserve"> </w:t>
      </w:r>
      <w:r w:rsidR="00151699">
        <w:br w:type="page"/>
      </w:r>
    </w:p>
    <w:p w14:paraId="79670401" w14:textId="77777777" w:rsidR="00115FC4" w:rsidRPr="00115FC4" w:rsidRDefault="00115FC4">
      <w:pPr>
        <w:pStyle w:val="Heading2"/>
        <w:rPr>
          <w:sz w:val="16"/>
          <w:szCs w:val="16"/>
        </w:rPr>
      </w:pPr>
    </w:p>
    <w:p w14:paraId="77752B6F" w14:textId="710C2151" w:rsidR="00604A0B" w:rsidRDefault="00000000">
      <w:pPr>
        <w:pStyle w:val="Heading2"/>
      </w:pPr>
      <w:r>
        <w:t>Values Alignment</w:t>
      </w:r>
    </w:p>
    <w:p w14:paraId="65102EDE" w14:textId="77777777" w:rsidR="00604A0B" w:rsidRDefault="00000000">
      <w:pPr>
        <w:rPr>
          <w:b/>
          <w:bCs/>
          <w:sz w:val="24"/>
          <w:szCs w:val="24"/>
        </w:rPr>
      </w:pPr>
      <w:r w:rsidRPr="00115FC4">
        <w:rPr>
          <w:b/>
          <w:bCs/>
          <w:sz w:val="24"/>
          <w:szCs w:val="24"/>
        </w:rPr>
        <w:t>How aligned are your personal values with your organisation’s mission, culture, and strategy? Where do you feel tension or compromise, and how will you address it?</w:t>
      </w:r>
    </w:p>
    <w:p w14:paraId="727CB56B" w14:textId="3EBC1120" w:rsidR="00115FC4" w:rsidRPr="00115FC4" w:rsidRDefault="00115FC4">
      <w:pPr>
        <w:rPr>
          <w:sz w:val="24"/>
          <w:szCs w:val="24"/>
        </w:rPr>
      </w:pPr>
      <w:r w:rsidRPr="00115FC4">
        <w:rPr>
          <w:sz w:val="24"/>
          <w:szCs w:val="24"/>
        </w:rPr>
        <w:t>This element encourages you to examine how well your personal values fit with your organisation’s mission, culture, and direction. When answering, reflect honestly on where your values feel fully expressed at work, and where there may be conflict or compromise, then consider how you can navigate or influence those areas constructively.</w:t>
      </w:r>
    </w:p>
    <w:p w14:paraId="743A6BD5" w14:textId="70CC267F" w:rsidR="00604A0B" w:rsidRDefault="00000000">
      <w:sdt>
        <w:sdtPr>
          <w:id w:val="1673985140"/>
          <w:placeholder>
            <w:docPart w:val="7FEFCE1A10DF4114A9EC2B58379CD322"/>
          </w:placeholder>
          <w:showingPlcHdr/>
        </w:sdtPr>
        <w:sdtContent>
          <w:r w:rsidR="00151699" w:rsidRPr="00945CDB">
            <w:rPr>
              <w:rStyle w:val="PlaceholderText"/>
            </w:rPr>
            <w:t>Click or tap here to enter text.</w:t>
          </w:r>
        </w:sdtContent>
      </w:sdt>
      <w:r w:rsidR="00151699">
        <w:t xml:space="preserve"> </w:t>
      </w:r>
      <w:r w:rsidR="00151699">
        <w:br w:type="page"/>
      </w:r>
    </w:p>
    <w:p w14:paraId="20930A3A" w14:textId="77777777" w:rsidR="00115FC4" w:rsidRPr="00115FC4" w:rsidRDefault="00115FC4">
      <w:pPr>
        <w:pStyle w:val="Heading2"/>
        <w:rPr>
          <w:sz w:val="16"/>
          <w:szCs w:val="16"/>
        </w:rPr>
      </w:pPr>
    </w:p>
    <w:p w14:paraId="0047CC89" w14:textId="1CAFD535" w:rsidR="00604A0B" w:rsidRDefault="00000000">
      <w:pPr>
        <w:pStyle w:val="Heading2"/>
      </w:pPr>
      <w:r>
        <w:t>Strategic Contribution</w:t>
      </w:r>
    </w:p>
    <w:p w14:paraId="5D7E4483" w14:textId="191114F6" w:rsidR="00604A0B" w:rsidRDefault="00000000">
      <w:pPr>
        <w:rPr>
          <w:b/>
          <w:bCs/>
          <w:sz w:val="24"/>
          <w:szCs w:val="24"/>
        </w:rPr>
      </w:pPr>
      <w:r w:rsidRPr="00115FC4">
        <w:rPr>
          <w:b/>
          <w:bCs/>
          <w:sz w:val="24"/>
          <w:szCs w:val="24"/>
        </w:rPr>
        <w:t>Beyond your formal role, how do you contribute to organisational strategy, performance, and culture? Where could you have more influence? What’s holding you back?</w:t>
      </w:r>
    </w:p>
    <w:p w14:paraId="6A10FD40" w14:textId="37F0982F" w:rsidR="00115FC4" w:rsidRPr="00115FC4" w:rsidRDefault="00115FC4">
      <w:pPr>
        <w:rPr>
          <w:sz w:val="24"/>
          <w:szCs w:val="24"/>
        </w:rPr>
      </w:pPr>
      <w:r w:rsidRPr="00115FC4">
        <w:rPr>
          <w:sz w:val="24"/>
          <w:szCs w:val="24"/>
        </w:rPr>
        <w:t>This section helps you explore the impact you have on the broader success of the organisation, beyond your day-to-day responsibilities. When answering, consider how you already influence strategy, performance, and culture, where you could step up further, and what barriers you might need to overcome to increase your influence.</w:t>
      </w:r>
    </w:p>
    <w:p w14:paraId="26AE3610" w14:textId="2EEB5B32" w:rsidR="00604A0B" w:rsidRDefault="00000000">
      <w:sdt>
        <w:sdtPr>
          <w:id w:val="-1454164500"/>
          <w:placeholder>
            <w:docPart w:val="39A8BB8B78384013BBC68A1228771EDB"/>
          </w:placeholder>
          <w:showingPlcHdr/>
        </w:sdtPr>
        <w:sdtContent>
          <w:r w:rsidR="00151699" w:rsidRPr="00945CDB">
            <w:rPr>
              <w:rStyle w:val="PlaceholderText"/>
            </w:rPr>
            <w:t>Click or tap here to enter text.</w:t>
          </w:r>
        </w:sdtContent>
      </w:sdt>
      <w:r w:rsidR="00151699">
        <w:t xml:space="preserve"> </w:t>
      </w:r>
      <w:r w:rsidR="00151699">
        <w:br w:type="page"/>
      </w:r>
    </w:p>
    <w:p w14:paraId="5C167393" w14:textId="77777777" w:rsidR="00115FC4" w:rsidRPr="00115FC4" w:rsidRDefault="00115FC4">
      <w:pPr>
        <w:pStyle w:val="Heading2"/>
        <w:rPr>
          <w:sz w:val="16"/>
          <w:szCs w:val="16"/>
        </w:rPr>
      </w:pPr>
    </w:p>
    <w:p w14:paraId="045CBC50" w14:textId="05F9D2BE" w:rsidR="00604A0B" w:rsidRDefault="00000000">
      <w:pPr>
        <w:pStyle w:val="Heading2"/>
      </w:pPr>
      <w:r>
        <w:t>Stakeholder Mapping</w:t>
      </w:r>
    </w:p>
    <w:p w14:paraId="74B0FAE3" w14:textId="77777777" w:rsidR="00604A0B" w:rsidRDefault="00000000">
      <w:pPr>
        <w:rPr>
          <w:b/>
          <w:bCs/>
          <w:sz w:val="24"/>
          <w:szCs w:val="24"/>
        </w:rPr>
      </w:pPr>
      <w:r w:rsidRPr="00115FC4">
        <w:rPr>
          <w:b/>
          <w:bCs/>
          <w:sz w:val="24"/>
          <w:szCs w:val="24"/>
        </w:rPr>
        <w:t>Who are your 5–7 most critical stakeholders? What is the current state of your relationship with each? How will you strengthen trust and influence?</w:t>
      </w:r>
    </w:p>
    <w:p w14:paraId="16C80A84" w14:textId="00AEC0BC" w:rsidR="00115FC4" w:rsidRPr="00115FC4" w:rsidRDefault="00115FC4">
      <w:pPr>
        <w:rPr>
          <w:sz w:val="24"/>
          <w:szCs w:val="24"/>
        </w:rPr>
      </w:pPr>
      <w:r w:rsidRPr="00115FC4">
        <w:rPr>
          <w:sz w:val="24"/>
          <w:szCs w:val="24"/>
        </w:rPr>
        <w:t xml:space="preserve">This element prompts you to identify the key people </w:t>
      </w:r>
      <w:proofErr w:type="gramStart"/>
      <w:r w:rsidRPr="00115FC4">
        <w:rPr>
          <w:sz w:val="24"/>
          <w:szCs w:val="24"/>
        </w:rPr>
        <w:t>who</w:t>
      </w:r>
      <w:proofErr w:type="gramEnd"/>
      <w:r w:rsidRPr="00115FC4">
        <w:rPr>
          <w:sz w:val="24"/>
          <w:szCs w:val="24"/>
        </w:rPr>
        <w:t xml:space="preserve"> most impact or are impacted by your leadership, and to assess the quality of those relationships. When answering, focus on mapping your most critical stakeholders, honestly evaluating the current trust and influence you hold with each, and outlining specific actions to strengthen those connections.</w:t>
      </w:r>
    </w:p>
    <w:p w14:paraId="42259DA2" w14:textId="4ECF9D0F" w:rsidR="00604A0B" w:rsidRDefault="00000000">
      <w:sdt>
        <w:sdtPr>
          <w:id w:val="-492947126"/>
          <w:placeholder>
            <w:docPart w:val="74DB236317DB46E882A98E593D7EAAB7"/>
          </w:placeholder>
          <w:showingPlcHdr/>
        </w:sdtPr>
        <w:sdtContent>
          <w:r w:rsidR="00151699" w:rsidRPr="00945CDB">
            <w:rPr>
              <w:rStyle w:val="PlaceholderText"/>
            </w:rPr>
            <w:t>Click or tap here to enter text.</w:t>
          </w:r>
        </w:sdtContent>
      </w:sdt>
      <w:r w:rsidR="00151699">
        <w:t xml:space="preserve"> </w:t>
      </w:r>
      <w:r w:rsidR="00151699">
        <w:br w:type="page"/>
      </w:r>
    </w:p>
    <w:p w14:paraId="230213DF" w14:textId="77777777" w:rsidR="00115FC4" w:rsidRPr="00115FC4" w:rsidRDefault="00115FC4">
      <w:pPr>
        <w:pStyle w:val="Heading2"/>
        <w:rPr>
          <w:sz w:val="16"/>
          <w:szCs w:val="16"/>
        </w:rPr>
      </w:pPr>
    </w:p>
    <w:p w14:paraId="381D15D6" w14:textId="6B72826A" w:rsidR="00604A0B" w:rsidRDefault="00000000">
      <w:pPr>
        <w:pStyle w:val="Heading2"/>
      </w:pPr>
      <w:r>
        <w:t>Focus Areas &amp; Specific Goals</w:t>
      </w:r>
    </w:p>
    <w:p w14:paraId="4EDB7F3E" w14:textId="77777777" w:rsidR="00604A0B" w:rsidRDefault="00000000">
      <w:pPr>
        <w:rPr>
          <w:b/>
          <w:bCs/>
          <w:sz w:val="24"/>
          <w:szCs w:val="24"/>
        </w:rPr>
      </w:pPr>
      <w:r w:rsidRPr="00115FC4">
        <w:rPr>
          <w:b/>
          <w:bCs/>
          <w:sz w:val="24"/>
          <w:szCs w:val="24"/>
        </w:rPr>
        <w:t>Identify 2–4 key leadership development areas for the next 6–12 months. For each, define specific actions, timelines, success criteria, and resources/support needed.</w:t>
      </w:r>
    </w:p>
    <w:p w14:paraId="4B093E51" w14:textId="1AE72627" w:rsidR="00115FC4" w:rsidRPr="00115FC4" w:rsidRDefault="00115FC4">
      <w:pPr>
        <w:rPr>
          <w:sz w:val="24"/>
          <w:szCs w:val="24"/>
        </w:rPr>
      </w:pPr>
      <w:r w:rsidRPr="00115FC4">
        <w:rPr>
          <w:sz w:val="24"/>
          <w:szCs w:val="24"/>
        </w:rPr>
        <w:t xml:space="preserve">This section helps you set clear priorities for your leadership development over the next 6–12 months and turn them into actionable goals. When answering, choose key areas to focus on, and for </w:t>
      </w:r>
      <w:proofErr w:type="gramStart"/>
      <w:r w:rsidRPr="00115FC4">
        <w:rPr>
          <w:sz w:val="24"/>
          <w:szCs w:val="24"/>
        </w:rPr>
        <w:t>each,</w:t>
      </w:r>
      <w:proofErr w:type="gramEnd"/>
      <w:r w:rsidRPr="00115FC4">
        <w:rPr>
          <w:sz w:val="24"/>
          <w:szCs w:val="24"/>
        </w:rPr>
        <w:t xml:space="preserve"> define concrete actions, realistic timelines, how you’ll measure success, and what support or resources you’ll need to achieve them.</w:t>
      </w:r>
    </w:p>
    <w:p w14:paraId="76354E52" w14:textId="71F3B48C" w:rsidR="00604A0B" w:rsidRDefault="00000000">
      <w:sdt>
        <w:sdtPr>
          <w:id w:val="-237020081"/>
          <w:placeholder>
            <w:docPart w:val="C92C2D288278427194453B012B0D7D43"/>
          </w:placeholder>
          <w:showingPlcHdr/>
        </w:sdtPr>
        <w:sdtContent>
          <w:r w:rsidR="00151699" w:rsidRPr="00945CDB">
            <w:rPr>
              <w:rStyle w:val="PlaceholderText"/>
            </w:rPr>
            <w:t>Click or tap here to enter text.</w:t>
          </w:r>
        </w:sdtContent>
      </w:sdt>
      <w:r w:rsidR="00151699">
        <w:t xml:space="preserve"> </w:t>
      </w:r>
      <w:r w:rsidR="00151699">
        <w:br w:type="page"/>
      </w:r>
    </w:p>
    <w:p w14:paraId="2471A71E" w14:textId="77777777" w:rsidR="00115FC4" w:rsidRPr="00115FC4" w:rsidRDefault="00115FC4">
      <w:pPr>
        <w:pStyle w:val="Heading2"/>
        <w:rPr>
          <w:sz w:val="16"/>
          <w:szCs w:val="16"/>
        </w:rPr>
      </w:pPr>
    </w:p>
    <w:p w14:paraId="760A9E6A" w14:textId="666DFC37" w:rsidR="00604A0B" w:rsidRDefault="00000000">
      <w:pPr>
        <w:pStyle w:val="Heading2"/>
      </w:pPr>
      <w:r>
        <w:t>Resilience &amp; Self-Mastery</w:t>
      </w:r>
    </w:p>
    <w:p w14:paraId="106C47D0" w14:textId="77777777" w:rsidR="00604A0B" w:rsidRDefault="00000000">
      <w:pPr>
        <w:rPr>
          <w:b/>
          <w:bCs/>
          <w:sz w:val="24"/>
          <w:szCs w:val="24"/>
        </w:rPr>
      </w:pPr>
      <w:r w:rsidRPr="00115FC4">
        <w:rPr>
          <w:b/>
          <w:bCs/>
          <w:sz w:val="24"/>
          <w:szCs w:val="24"/>
        </w:rPr>
        <w:t>How do you sustain your energy, focus, and emotional balance under pressure? Which habits or practices support your resilience? Where do you want to improve?</w:t>
      </w:r>
    </w:p>
    <w:p w14:paraId="2C571282" w14:textId="480F1353" w:rsidR="00115FC4" w:rsidRPr="00115FC4" w:rsidRDefault="00115FC4">
      <w:pPr>
        <w:rPr>
          <w:sz w:val="24"/>
          <w:szCs w:val="24"/>
        </w:rPr>
      </w:pPr>
      <w:r w:rsidRPr="00115FC4">
        <w:rPr>
          <w:sz w:val="24"/>
          <w:szCs w:val="24"/>
        </w:rPr>
        <w:t>This element invites you to reflect on how well you maintain your energy, focus, and emotional balance, especially in challenging situations. When answering, consider the habits and practices that currently support your resilience, where you might be vulnerable under pressure, and what you can do to strengthen your self-mastery moving forward.</w:t>
      </w:r>
    </w:p>
    <w:p w14:paraId="4F07EAF4" w14:textId="7D627595" w:rsidR="00604A0B" w:rsidRDefault="00000000">
      <w:sdt>
        <w:sdtPr>
          <w:id w:val="1602681311"/>
          <w:placeholder>
            <w:docPart w:val="549570E250BE4D0DAF37FF2C2C0D9211"/>
          </w:placeholder>
          <w:showingPlcHdr/>
        </w:sdtPr>
        <w:sdtContent>
          <w:r w:rsidR="00151699" w:rsidRPr="00945CDB">
            <w:rPr>
              <w:rStyle w:val="PlaceholderText"/>
            </w:rPr>
            <w:t>Click or tap here to enter text.</w:t>
          </w:r>
        </w:sdtContent>
      </w:sdt>
      <w:r w:rsidR="00151699">
        <w:t xml:space="preserve"> </w:t>
      </w:r>
      <w:r w:rsidR="00151699">
        <w:br w:type="page"/>
      </w:r>
    </w:p>
    <w:p w14:paraId="72A39363" w14:textId="77777777" w:rsidR="00115FC4" w:rsidRPr="00115FC4" w:rsidRDefault="00115FC4">
      <w:pPr>
        <w:pStyle w:val="Heading2"/>
        <w:rPr>
          <w:sz w:val="16"/>
          <w:szCs w:val="16"/>
        </w:rPr>
      </w:pPr>
    </w:p>
    <w:p w14:paraId="7DCD7E9C" w14:textId="257E2023" w:rsidR="00604A0B" w:rsidRDefault="00000000">
      <w:pPr>
        <w:pStyle w:val="Heading2"/>
      </w:pPr>
      <w:r>
        <w:t>Mentoring &amp; Developing Others</w:t>
      </w:r>
    </w:p>
    <w:p w14:paraId="4F7F1D0F" w14:textId="77777777" w:rsidR="00604A0B" w:rsidRDefault="00000000">
      <w:pPr>
        <w:rPr>
          <w:b/>
          <w:bCs/>
          <w:sz w:val="24"/>
          <w:szCs w:val="24"/>
        </w:rPr>
      </w:pPr>
      <w:r w:rsidRPr="00115FC4">
        <w:rPr>
          <w:b/>
          <w:bCs/>
          <w:sz w:val="24"/>
          <w:szCs w:val="24"/>
        </w:rPr>
        <w:t>Who are you actively mentoring or developing? How are you enabling their growth? How will you know you’ve succeeded?</w:t>
      </w:r>
    </w:p>
    <w:p w14:paraId="752D04E2" w14:textId="6EF628ED" w:rsidR="00115FC4" w:rsidRPr="00115FC4" w:rsidRDefault="00115FC4">
      <w:pPr>
        <w:rPr>
          <w:sz w:val="24"/>
          <w:szCs w:val="24"/>
        </w:rPr>
      </w:pPr>
      <w:r w:rsidRPr="00115FC4">
        <w:rPr>
          <w:sz w:val="24"/>
          <w:szCs w:val="24"/>
        </w:rPr>
        <w:t>This section helps you consider how you invest in the growth and success of those around you. When answering, identify the individuals you are currently mentoring or developing, describe the specific ways you are supporting their progress, and define how you will recognise and measure your impact on their development.</w:t>
      </w:r>
    </w:p>
    <w:p w14:paraId="5A8AA1FD" w14:textId="2B7A95E5" w:rsidR="00604A0B" w:rsidRDefault="00000000">
      <w:sdt>
        <w:sdtPr>
          <w:id w:val="1184404902"/>
          <w:placeholder>
            <w:docPart w:val="985948FA13E249FE9BB0ACA70229522E"/>
          </w:placeholder>
          <w:showingPlcHdr/>
        </w:sdtPr>
        <w:sdtContent>
          <w:r w:rsidR="00151699" w:rsidRPr="00945CDB">
            <w:rPr>
              <w:rStyle w:val="PlaceholderText"/>
            </w:rPr>
            <w:t>Click or tap here to enter text.</w:t>
          </w:r>
        </w:sdtContent>
      </w:sdt>
      <w:r w:rsidR="00151699">
        <w:br/>
      </w:r>
    </w:p>
    <w:p w14:paraId="13754313" w14:textId="657100ED" w:rsidR="00604A0B" w:rsidRDefault="00000000">
      <w:r>
        <w:br w:type="page"/>
      </w:r>
    </w:p>
    <w:p w14:paraId="0C7CA978" w14:textId="77777777" w:rsidR="00115FC4" w:rsidRPr="00115FC4" w:rsidRDefault="00115FC4">
      <w:pPr>
        <w:pStyle w:val="Heading2"/>
        <w:rPr>
          <w:sz w:val="16"/>
          <w:szCs w:val="16"/>
        </w:rPr>
      </w:pPr>
    </w:p>
    <w:p w14:paraId="149AF36A" w14:textId="081AF02D" w:rsidR="00604A0B" w:rsidRDefault="00000000">
      <w:pPr>
        <w:pStyle w:val="Heading2"/>
      </w:pPr>
      <w:r>
        <w:t>Metrics &amp; Evidence of Growth</w:t>
      </w:r>
    </w:p>
    <w:p w14:paraId="1778F63D" w14:textId="77777777" w:rsidR="00604A0B" w:rsidRDefault="00000000">
      <w:pPr>
        <w:rPr>
          <w:b/>
          <w:bCs/>
          <w:sz w:val="24"/>
          <w:szCs w:val="24"/>
        </w:rPr>
      </w:pPr>
      <w:r w:rsidRPr="00115FC4">
        <w:rPr>
          <w:b/>
          <w:bCs/>
          <w:sz w:val="24"/>
          <w:szCs w:val="24"/>
        </w:rPr>
        <w:t>What observable behaviours, outcomes, or feedback will demonstrate that you’ve grown in your focus areas? How will you measure your progress?</w:t>
      </w:r>
    </w:p>
    <w:p w14:paraId="10F8EDD1" w14:textId="767D51F6" w:rsidR="00115FC4" w:rsidRPr="00115FC4" w:rsidRDefault="00115FC4">
      <w:pPr>
        <w:rPr>
          <w:sz w:val="24"/>
          <w:szCs w:val="24"/>
        </w:rPr>
      </w:pPr>
      <w:r w:rsidRPr="00115FC4">
        <w:rPr>
          <w:sz w:val="24"/>
          <w:szCs w:val="24"/>
        </w:rPr>
        <w:t>This element ensures that your development is measurable and visible, helping you stay accountable and recognise progress. When answering, describe the specific behaviours, results, or feedback you expect to see as evidence of growth in your focus areas, and outline how you will track and evaluate that progress over time.</w:t>
      </w:r>
    </w:p>
    <w:p w14:paraId="168B35A4" w14:textId="3CD2A837" w:rsidR="00604A0B" w:rsidRDefault="00000000">
      <w:sdt>
        <w:sdtPr>
          <w:id w:val="1365558345"/>
          <w:placeholder>
            <w:docPart w:val="EC37600B01BC4416B5C3312F8D9A8F2F"/>
          </w:placeholder>
          <w:showingPlcHdr/>
        </w:sdtPr>
        <w:sdtContent>
          <w:r w:rsidR="00151699" w:rsidRPr="00945CDB">
            <w:rPr>
              <w:rStyle w:val="PlaceholderText"/>
            </w:rPr>
            <w:t>Click or tap here to enter text.</w:t>
          </w:r>
        </w:sdtContent>
      </w:sdt>
      <w:r w:rsidR="00151699">
        <w:br/>
      </w:r>
    </w:p>
    <w:p w14:paraId="75957FE2" w14:textId="77777777" w:rsidR="00604A0B" w:rsidRDefault="00000000">
      <w:r>
        <w:br w:type="page"/>
      </w:r>
    </w:p>
    <w:p w14:paraId="76323A3E" w14:textId="77777777" w:rsidR="00115FC4" w:rsidRPr="00115FC4" w:rsidRDefault="00115FC4">
      <w:pPr>
        <w:pStyle w:val="Heading2"/>
        <w:rPr>
          <w:sz w:val="16"/>
          <w:szCs w:val="16"/>
        </w:rPr>
      </w:pPr>
    </w:p>
    <w:p w14:paraId="035800DC" w14:textId="49B9C11C" w:rsidR="00604A0B" w:rsidRDefault="00000000">
      <w:pPr>
        <w:pStyle w:val="Heading2"/>
      </w:pPr>
      <w:r>
        <w:t>Questions to Explore with Your Coach</w:t>
      </w:r>
    </w:p>
    <w:p w14:paraId="62259FDB" w14:textId="4091CFD7" w:rsidR="00604A0B" w:rsidRPr="00115FC4" w:rsidRDefault="00000000">
      <w:pPr>
        <w:rPr>
          <w:b/>
          <w:bCs/>
          <w:sz w:val="24"/>
          <w:szCs w:val="24"/>
        </w:rPr>
      </w:pPr>
      <w:r w:rsidRPr="00115FC4">
        <w:rPr>
          <w:b/>
          <w:bCs/>
          <w:sz w:val="24"/>
          <w:szCs w:val="24"/>
        </w:rPr>
        <w:t>What questions or challenges do you want to discuss further with your CoachStation coach?</w:t>
      </w:r>
    </w:p>
    <w:p w14:paraId="58728DA4" w14:textId="1EA2BC8B" w:rsidR="00604A0B" w:rsidRDefault="00000000">
      <w:sdt>
        <w:sdtPr>
          <w:id w:val="1774119963"/>
          <w:placeholder>
            <w:docPart w:val="28D22093276A40408024996D664D00CB"/>
          </w:placeholder>
          <w:showingPlcHdr/>
        </w:sdtPr>
        <w:sdtContent>
          <w:r w:rsidR="00151699" w:rsidRPr="00945CDB">
            <w:rPr>
              <w:rStyle w:val="PlaceholderText"/>
            </w:rPr>
            <w:t>Click or tap here to enter text.</w:t>
          </w:r>
        </w:sdtContent>
      </w:sdt>
      <w:r w:rsidR="00151699">
        <w:br/>
      </w:r>
    </w:p>
    <w:p w14:paraId="3DB0BACC" w14:textId="66C3FBFD" w:rsidR="00604A0B" w:rsidRDefault="00604A0B"/>
    <w:sectPr w:rsidR="00604A0B" w:rsidSect="00151699">
      <w:headerReference w:type="default" r:id="rId8"/>
      <w:footerReference w:type="default" r:id="rId9"/>
      <w:pgSz w:w="12240" w:h="15840"/>
      <w:pgMar w:top="1440" w:right="1800" w:bottom="1440" w:left="1800" w:header="720"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C703D" w14:textId="77777777" w:rsidR="002C64E8" w:rsidRDefault="002C64E8" w:rsidP="0064012C">
      <w:pPr>
        <w:spacing w:after="0" w:line="240" w:lineRule="auto"/>
      </w:pPr>
      <w:r>
        <w:separator/>
      </w:r>
    </w:p>
  </w:endnote>
  <w:endnote w:type="continuationSeparator" w:id="0">
    <w:p w14:paraId="6FFA927A" w14:textId="77777777" w:rsidR="002C64E8" w:rsidRDefault="002C64E8" w:rsidP="006401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04641" w14:textId="4822148A" w:rsidR="00151699" w:rsidRPr="00151699" w:rsidRDefault="00151699">
    <w:pPr>
      <w:pStyle w:val="Footer"/>
      <w:rPr>
        <w:lang w:val="en-AU"/>
      </w:rPr>
    </w:pPr>
    <w:r>
      <w:rPr>
        <w:lang w:val="en-AU"/>
      </w:rPr>
      <w:t xml:space="preserve">                                                                                                       CoachStation PDP: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F2342" w14:textId="77777777" w:rsidR="002C64E8" w:rsidRDefault="002C64E8" w:rsidP="0064012C">
      <w:pPr>
        <w:spacing w:after="0" w:line="240" w:lineRule="auto"/>
      </w:pPr>
      <w:r>
        <w:separator/>
      </w:r>
    </w:p>
  </w:footnote>
  <w:footnote w:type="continuationSeparator" w:id="0">
    <w:p w14:paraId="1584F1AC" w14:textId="77777777" w:rsidR="002C64E8" w:rsidRDefault="002C64E8" w:rsidP="006401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A2690" w14:textId="2763E926" w:rsidR="0064012C" w:rsidRDefault="0064012C">
    <w:pPr>
      <w:pStyle w:val="Header"/>
    </w:pPr>
    <w:r>
      <w:rPr>
        <w:noProof/>
      </w:rPr>
      <w:drawing>
        <wp:anchor distT="0" distB="0" distL="114300" distR="114300" simplePos="0" relativeHeight="251662336" behindDoc="0" locked="0" layoutInCell="1" allowOverlap="1" wp14:anchorId="5EEFF214" wp14:editId="0E80067C">
          <wp:simplePos x="0" y="0"/>
          <wp:positionH relativeFrom="column">
            <wp:posOffset>3667125</wp:posOffset>
          </wp:positionH>
          <wp:positionV relativeFrom="paragraph">
            <wp:posOffset>-323850</wp:posOffset>
          </wp:positionV>
          <wp:extent cx="2790825" cy="785243"/>
          <wp:effectExtent l="0" t="0" r="0" b="0"/>
          <wp:wrapSquare wrapText="bothSides"/>
          <wp:docPr id="519669085" name="Picture 1" descr="A logo for a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669085" name="Picture 1" descr="A logo for a compan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0825" cy="785243"/>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18197714">
    <w:abstractNumId w:val="8"/>
  </w:num>
  <w:num w:numId="2" w16cid:durableId="2116509601">
    <w:abstractNumId w:val="6"/>
  </w:num>
  <w:num w:numId="3" w16cid:durableId="671950587">
    <w:abstractNumId w:val="5"/>
  </w:num>
  <w:num w:numId="4" w16cid:durableId="1635451620">
    <w:abstractNumId w:val="4"/>
  </w:num>
  <w:num w:numId="5" w16cid:durableId="1664115664">
    <w:abstractNumId w:val="7"/>
  </w:num>
  <w:num w:numId="6" w16cid:durableId="36515702">
    <w:abstractNumId w:val="3"/>
  </w:num>
  <w:num w:numId="7" w16cid:durableId="1125385668">
    <w:abstractNumId w:val="2"/>
  </w:num>
  <w:num w:numId="8" w16cid:durableId="267665470">
    <w:abstractNumId w:val="1"/>
  </w:num>
  <w:num w:numId="9" w16cid:durableId="1046639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a6x495XQitJRqIR7sdOZGo5nTKi+p6PZ5pKlmGJNkuW3CPRprS3q1YFNpkZgxtNqo9gYgckXjlDY17ll9RJf0Q==" w:salt="c4zrXrnEnJR0kovAB1fmqA=="/>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5FC4"/>
    <w:rsid w:val="0015074B"/>
    <w:rsid w:val="00151699"/>
    <w:rsid w:val="00213E46"/>
    <w:rsid w:val="00243A36"/>
    <w:rsid w:val="0029639D"/>
    <w:rsid w:val="002C64E8"/>
    <w:rsid w:val="00326F90"/>
    <w:rsid w:val="00395697"/>
    <w:rsid w:val="00604A0B"/>
    <w:rsid w:val="0064012C"/>
    <w:rsid w:val="00A62476"/>
    <w:rsid w:val="00AA1D8D"/>
    <w:rsid w:val="00B47730"/>
    <w:rsid w:val="00BB169A"/>
    <w:rsid w:val="00CB0664"/>
    <w:rsid w:val="00D67ED1"/>
    <w:rsid w:val="00DE509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460D6C"/>
  <w14:defaultImageDpi w14:val="300"/>
  <w15:docId w15:val="{B4234947-049E-4F80-B504-AC0AE92C4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locked="0" w:semiHidden="1" w:unhideWhenUsed="1"/>
    <w:lsdException w:name="toa heading"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semiHidden="1" w:unhideWhenUsed="1"/>
    <w:lsdException w:name="List 5" w:semiHidden="1" w:unhideWhenUsed="1"/>
    <w:lsdException w:name="List Bullet 2" w:locked="0" w:semiHidden="1" w:unhideWhenUsed="1"/>
    <w:lsdException w:name="List Bullet 3" w:locked="0" w:semiHidden="1" w:unhideWhenUsed="1"/>
    <w:lsdException w:name="List Bullet 4" w:semiHidden="1" w:unhideWhenUsed="1"/>
    <w:lsdException w:name="List Bullet 5" w:semiHidden="1" w:unhideWhenUsed="1"/>
    <w:lsdException w:name="List Number 2" w:locked="0" w:semiHidden="1" w:unhideWhenUsed="1"/>
    <w:lsdException w:name="List Number 3" w:locked="0"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0" w:semiHidden="1" w:unhideWhenUsed="1"/>
    <w:lsdException w:name="Body Text 3" w:locked="0"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semiHidden="1" w:uiPriority="37" w:unhideWhenUsed="1"/>
    <w:lsdException w:name="TOC Heading" w:locked="0"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locked/>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locked/>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locked/>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locked/>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locked/>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locked/>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locked/>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locked/>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locked/>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lock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locked/>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locked/>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locked/>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locked/>
    <w:rsid w:val="00FC693F"/>
    <w:pPr>
      <w:ind w:left="720"/>
      <w:contextualSpacing/>
    </w:pPr>
  </w:style>
  <w:style w:type="paragraph" w:styleId="BodyText">
    <w:name w:val="Body Text"/>
    <w:basedOn w:val="Normal"/>
    <w:link w:val="BodyTextChar"/>
    <w:uiPriority w:val="99"/>
    <w:unhideWhenUsed/>
    <w:lock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lock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lock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locked/>
    <w:rsid w:val="00AA1D8D"/>
    <w:pPr>
      <w:ind w:left="360" w:hanging="360"/>
      <w:contextualSpacing/>
    </w:pPr>
  </w:style>
  <w:style w:type="paragraph" w:styleId="List2">
    <w:name w:val="List 2"/>
    <w:basedOn w:val="Normal"/>
    <w:uiPriority w:val="99"/>
    <w:unhideWhenUsed/>
    <w:locked/>
    <w:rsid w:val="00326F90"/>
    <w:pPr>
      <w:ind w:left="720" w:hanging="360"/>
      <w:contextualSpacing/>
    </w:pPr>
  </w:style>
  <w:style w:type="paragraph" w:styleId="List3">
    <w:name w:val="List 3"/>
    <w:basedOn w:val="Normal"/>
    <w:uiPriority w:val="99"/>
    <w:unhideWhenUsed/>
    <w:locked/>
    <w:rsid w:val="00326F90"/>
    <w:pPr>
      <w:ind w:left="1080" w:hanging="360"/>
      <w:contextualSpacing/>
    </w:pPr>
  </w:style>
  <w:style w:type="paragraph" w:styleId="ListBullet">
    <w:name w:val="List Bullet"/>
    <w:basedOn w:val="Normal"/>
    <w:uiPriority w:val="99"/>
    <w:unhideWhenUsed/>
    <w:locked/>
    <w:rsid w:val="00326F90"/>
    <w:pPr>
      <w:numPr>
        <w:numId w:val="1"/>
      </w:numPr>
      <w:contextualSpacing/>
    </w:pPr>
  </w:style>
  <w:style w:type="paragraph" w:styleId="ListBullet2">
    <w:name w:val="List Bullet 2"/>
    <w:basedOn w:val="Normal"/>
    <w:uiPriority w:val="99"/>
    <w:unhideWhenUsed/>
    <w:locked/>
    <w:rsid w:val="00326F90"/>
    <w:pPr>
      <w:numPr>
        <w:numId w:val="2"/>
      </w:numPr>
      <w:contextualSpacing/>
    </w:pPr>
  </w:style>
  <w:style w:type="paragraph" w:styleId="ListBullet3">
    <w:name w:val="List Bullet 3"/>
    <w:basedOn w:val="Normal"/>
    <w:uiPriority w:val="99"/>
    <w:unhideWhenUsed/>
    <w:locked/>
    <w:rsid w:val="00326F90"/>
    <w:pPr>
      <w:numPr>
        <w:numId w:val="3"/>
      </w:numPr>
      <w:contextualSpacing/>
    </w:pPr>
  </w:style>
  <w:style w:type="paragraph" w:styleId="ListNumber">
    <w:name w:val="List Number"/>
    <w:basedOn w:val="Normal"/>
    <w:uiPriority w:val="99"/>
    <w:unhideWhenUsed/>
    <w:locked/>
    <w:rsid w:val="00326F90"/>
    <w:pPr>
      <w:numPr>
        <w:numId w:val="5"/>
      </w:numPr>
      <w:contextualSpacing/>
    </w:pPr>
  </w:style>
  <w:style w:type="paragraph" w:styleId="ListNumber2">
    <w:name w:val="List Number 2"/>
    <w:basedOn w:val="Normal"/>
    <w:uiPriority w:val="99"/>
    <w:unhideWhenUsed/>
    <w:locked/>
    <w:rsid w:val="0029639D"/>
    <w:pPr>
      <w:numPr>
        <w:numId w:val="6"/>
      </w:numPr>
      <w:contextualSpacing/>
    </w:pPr>
  </w:style>
  <w:style w:type="paragraph" w:styleId="ListNumber3">
    <w:name w:val="List Number 3"/>
    <w:basedOn w:val="Normal"/>
    <w:uiPriority w:val="99"/>
    <w:unhideWhenUsed/>
    <w:locked/>
    <w:rsid w:val="0029639D"/>
    <w:pPr>
      <w:numPr>
        <w:numId w:val="7"/>
      </w:numPr>
      <w:contextualSpacing/>
    </w:pPr>
  </w:style>
  <w:style w:type="paragraph" w:styleId="ListContinue">
    <w:name w:val="List Continue"/>
    <w:basedOn w:val="Normal"/>
    <w:uiPriority w:val="99"/>
    <w:unhideWhenUsed/>
    <w:locked/>
    <w:rsid w:val="0029639D"/>
    <w:pPr>
      <w:spacing w:after="120"/>
      <w:ind w:left="360"/>
      <w:contextualSpacing/>
    </w:pPr>
  </w:style>
  <w:style w:type="paragraph" w:styleId="ListContinue2">
    <w:name w:val="List Continue 2"/>
    <w:basedOn w:val="Normal"/>
    <w:uiPriority w:val="99"/>
    <w:unhideWhenUsed/>
    <w:locked/>
    <w:rsid w:val="0029639D"/>
    <w:pPr>
      <w:spacing w:after="120"/>
      <w:ind w:left="720"/>
      <w:contextualSpacing/>
    </w:pPr>
  </w:style>
  <w:style w:type="paragraph" w:styleId="ListContinue3">
    <w:name w:val="List Continue 3"/>
    <w:basedOn w:val="Normal"/>
    <w:uiPriority w:val="99"/>
    <w:unhideWhenUsed/>
    <w:locked/>
    <w:rsid w:val="0029639D"/>
    <w:pPr>
      <w:spacing w:after="120"/>
      <w:ind w:left="1080"/>
      <w:contextualSpacing/>
    </w:pPr>
  </w:style>
  <w:style w:type="paragraph" w:styleId="MacroText">
    <w:name w:val="macro"/>
    <w:link w:val="MacroTextChar"/>
    <w:uiPriority w:val="99"/>
    <w:unhideWhenUsed/>
    <w:lock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locked/>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locked/>
    <w:rsid w:val="00FC693F"/>
    <w:pPr>
      <w:spacing w:line="240" w:lineRule="auto"/>
    </w:pPr>
    <w:rPr>
      <w:b/>
      <w:bCs/>
      <w:color w:val="4F81BD" w:themeColor="accent1"/>
      <w:sz w:val="18"/>
      <w:szCs w:val="18"/>
    </w:rPr>
  </w:style>
  <w:style w:type="character" w:styleId="Strong">
    <w:name w:val="Strong"/>
    <w:basedOn w:val="DefaultParagraphFont"/>
    <w:uiPriority w:val="22"/>
    <w:qFormat/>
    <w:locked/>
    <w:rsid w:val="00FC693F"/>
    <w:rPr>
      <w:b/>
      <w:bCs/>
    </w:rPr>
  </w:style>
  <w:style w:type="character" w:styleId="Emphasis">
    <w:name w:val="Emphasis"/>
    <w:basedOn w:val="DefaultParagraphFont"/>
    <w:uiPriority w:val="20"/>
    <w:qFormat/>
    <w:locked/>
    <w:rsid w:val="00FC693F"/>
    <w:rPr>
      <w:i/>
      <w:iCs/>
    </w:rPr>
  </w:style>
  <w:style w:type="paragraph" w:styleId="IntenseQuote">
    <w:name w:val="Intense Quote"/>
    <w:basedOn w:val="Normal"/>
    <w:next w:val="Normal"/>
    <w:link w:val="IntenseQuoteChar"/>
    <w:uiPriority w:val="30"/>
    <w:qFormat/>
    <w:locked/>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locked/>
    <w:rsid w:val="00FC693F"/>
    <w:rPr>
      <w:i/>
      <w:iCs/>
      <w:color w:val="808080" w:themeColor="text1" w:themeTint="7F"/>
    </w:rPr>
  </w:style>
  <w:style w:type="character" w:styleId="IntenseEmphasis">
    <w:name w:val="Intense Emphasis"/>
    <w:basedOn w:val="DefaultParagraphFont"/>
    <w:uiPriority w:val="21"/>
    <w:qFormat/>
    <w:locked/>
    <w:rsid w:val="00FC693F"/>
    <w:rPr>
      <w:b/>
      <w:bCs/>
      <w:i/>
      <w:iCs/>
      <w:color w:val="4F81BD" w:themeColor="accent1"/>
    </w:rPr>
  </w:style>
  <w:style w:type="character" w:styleId="SubtleReference">
    <w:name w:val="Subtle Reference"/>
    <w:basedOn w:val="DefaultParagraphFont"/>
    <w:uiPriority w:val="31"/>
    <w:qFormat/>
    <w:locked/>
    <w:rsid w:val="00FC693F"/>
    <w:rPr>
      <w:smallCaps/>
      <w:color w:val="C0504D" w:themeColor="accent2"/>
      <w:u w:val="single"/>
    </w:rPr>
  </w:style>
  <w:style w:type="character" w:styleId="IntenseReference">
    <w:name w:val="Intense Reference"/>
    <w:basedOn w:val="DefaultParagraphFont"/>
    <w:uiPriority w:val="32"/>
    <w:qFormat/>
    <w:locked/>
    <w:rsid w:val="00FC693F"/>
    <w:rPr>
      <w:b/>
      <w:bCs/>
      <w:smallCaps/>
      <w:color w:val="C0504D" w:themeColor="accent2"/>
      <w:spacing w:val="5"/>
      <w:u w:val="single"/>
    </w:rPr>
  </w:style>
  <w:style w:type="character" w:styleId="BookTitle">
    <w:name w:val="Book Title"/>
    <w:basedOn w:val="DefaultParagraphFont"/>
    <w:uiPriority w:val="33"/>
    <w:qFormat/>
    <w:locked/>
    <w:rsid w:val="00FC693F"/>
    <w:rPr>
      <w:b/>
      <w:bCs/>
      <w:smallCaps/>
      <w:spacing w:val="5"/>
    </w:rPr>
  </w:style>
  <w:style w:type="paragraph" w:styleId="TOCHeading">
    <w:name w:val="TOC Heading"/>
    <w:basedOn w:val="Heading1"/>
    <w:next w:val="Normal"/>
    <w:uiPriority w:val="39"/>
    <w:semiHidden/>
    <w:unhideWhenUsed/>
    <w:qFormat/>
    <w:locked/>
    <w:rsid w:val="00FC693F"/>
    <w:pPr>
      <w:outlineLvl w:val="9"/>
    </w:pPr>
  </w:style>
  <w:style w:type="table" w:styleId="TableGrid">
    <w:name w:val="Table Grid"/>
    <w:basedOn w:val="TableNormal"/>
    <w:uiPriority w:val="59"/>
    <w:locked/>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locked/>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locked/>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locked/>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locked/>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locked/>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locked/>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locked/>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locked/>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locked/>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locked/>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locked/>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locked/>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locked/>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locked/>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locked/>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locked/>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locked/>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locked/>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locked/>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locked/>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locked/>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locked/>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locked/>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locked/>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locked/>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locked/>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locked/>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locked/>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locked/>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locked/>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locked/>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locked/>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locked/>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locked/>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locked/>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locked/>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locked/>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locked/>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locked/>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locked/>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locked/>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locked/>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locked/>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locked/>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locked/>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locked/>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locked/>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locked/>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locked/>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locked/>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locked/>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locked/>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locked/>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locked/>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locked/>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locked/>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locked/>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locked/>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locked/>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locked/>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locked/>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locked/>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locked/>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locked/>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locked/>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locked/>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locked/>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locked/>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locked/>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locked/>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locked/>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locked/>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locked/>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locked/>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locked/>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locked/>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locked/>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locked/>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locked/>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locked/>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locked/>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locked/>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locked/>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locked/>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locked/>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locked/>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locked/>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locked/>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locked/>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locked/>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locked/>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locked/>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locked/>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locked/>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locked/>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locked/>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locked/>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laceholderText">
    <w:name w:val="Placeholder Text"/>
    <w:basedOn w:val="DefaultParagraphFont"/>
    <w:uiPriority w:val="99"/>
    <w:semiHidden/>
    <w:locked/>
    <w:rsid w:val="0015169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7E198AF-FD8C-4B15-B25E-BB95D144A5DE}"/>
      </w:docPartPr>
      <w:docPartBody>
        <w:p w:rsidR="00B34780" w:rsidRDefault="007917CD">
          <w:r w:rsidRPr="00945CDB">
            <w:rPr>
              <w:rStyle w:val="PlaceholderText"/>
            </w:rPr>
            <w:t>Click or tap here to enter text.</w:t>
          </w:r>
        </w:p>
      </w:docPartBody>
    </w:docPart>
    <w:docPart>
      <w:docPartPr>
        <w:name w:val="F9A535671730447FBA47533E93DD9D00"/>
        <w:category>
          <w:name w:val="General"/>
          <w:gallery w:val="placeholder"/>
        </w:category>
        <w:types>
          <w:type w:val="bbPlcHdr"/>
        </w:types>
        <w:behaviors>
          <w:behavior w:val="content"/>
        </w:behaviors>
        <w:guid w:val="{BE4A616B-8A22-448B-9348-3BDBDEC38895}"/>
      </w:docPartPr>
      <w:docPartBody>
        <w:p w:rsidR="00B34780" w:rsidRDefault="007917CD" w:rsidP="007917CD">
          <w:pPr>
            <w:pStyle w:val="F9A535671730447FBA47533E93DD9D00"/>
          </w:pPr>
          <w:r w:rsidRPr="00945CDB">
            <w:rPr>
              <w:rStyle w:val="PlaceholderText"/>
            </w:rPr>
            <w:t>Click or tap here to enter text.</w:t>
          </w:r>
        </w:p>
      </w:docPartBody>
    </w:docPart>
    <w:docPart>
      <w:docPartPr>
        <w:name w:val="7FEFCE1A10DF4114A9EC2B58379CD322"/>
        <w:category>
          <w:name w:val="General"/>
          <w:gallery w:val="placeholder"/>
        </w:category>
        <w:types>
          <w:type w:val="bbPlcHdr"/>
        </w:types>
        <w:behaviors>
          <w:behavior w:val="content"/>
        </w:behaviors>
        <w:guid w:val="{1848AA33-03B2-4B36-AB2C-4B7F851C3451}"/>
      </w:docPartPr>
      <w:docPartBody>
        <w:p w:rsidR="00B34780" w:rsidRDefault="007917CD" w:rsidP="007917CD">
          <w:pPr>
            <w:pStyle w:val="7FEFCE1A10DF4114A9EC2B58379CD322"/>
          </w:pPr>
          <w:r w:rsidRPr="00945CDB">
            <w:rPr>
              <w:rStyle w:val="PlaceholderText"/>
            </w:rPr>
            <w:t>Click or tap here to enter text.</w:t>
          </w:r>
        </w:p>
      </w:docPartBody>
    </w:docPart>
    <w:docPart>
      <w:docPartPr>
        <w:name w:val="39A8BB8B78384013BBC68A1228771EDB"/>
        <w:category>
          <w:name w:val="General"/>
          <w:gallery w:val="placeholder"/>
        </w:category>
        <w:types>
          <w:type w:val="bbPlcHdr"/>
        </w:types>
        <w:behaviors>
          <w:behavior w:val="content"/>
        </w:behaviors>
        <w:guid w:val="{FDB7FD52-F961-41C9-9F98-A310E700982B}"/>
      </w:docPartPr>
      <w:docPartBody>
        <w:p w:rsidR="00B34780" w:rsidRDefault="007917CD" w:rsidP="007917CD">
          <w:pPr>
            <w:pStyle w:val="39A8BB8B78384013BBC68A1228771EDB"/>
          </w:pPr>
          <w:r w:rsidRPr="00945CDB">
            <w:rPr>
              <w:rStyle w:val="PlaceholderText"/>
            </w:rPr>
            <w:t>Click or tap here to enter text.</w:t>
          </w:r>
        </w:p>
      </w:docPartBody>
    </w:docPart>
    <w:docPart>
      <w:docPartPr>
        <w:name w:val="74DB236317DB46E882A98E593D7EAAB7"/>
        <w:category>
          <w:name w:val="General"/>
          <w:gallery w:val="placeholder"/>
        </w:category>
        <w:types>
          <w:type w:val="bbPlcHdr"/>
        </w:types>
        <w:behaviors>
          <w:behavior w:val="content"/>
        </w:behaviors>
        <w:guid w:val="{68B1B454-5F3C-4EAD-9BA3-745F34AB9243}"/>
      </w:docPartPr>
      <w:docPartBody>
        <w:p w:rsidR="00B34780" w:rsidRDefault="007917CD" w:rsidP="007917CD">
          <w:pPr>
            <w:pStyle w:val="74DB236317DB46E882A98E593D7EAAB7"/>
          </w:pPr>
          <w:r w:rsidRPr="00945CDB">
            <w:rPr>
              <w:rStyle w:val="PlaceholderText"/>
            </w:rPr>
            <w:t>Click or tap here to enter text.</w:t>
          </w:r>
        </w:p>
      </w:docPartBody>
    </w:docPart>
    <w:docPart>
      <w:docPartPr>
        <w:name w:val="C92C2D288278427194453B012B0D7D43"/>
        <w:category>
          <w:name w:val="General"/>
          <w:gallery w:val="placeholder"/>
        </w:category>
        <w:types>
          <w:type w:val="bbPlcHdr"/>
        </w:types>
        <w:behaviors>
          <w:behavior w:val="content"/>
        </w:behaviors>
        <w:guid w:val="{EDA7D1C9-D0DF-4F50-B752-1E7CAAA90623}"/>
      </w:docPartPr>
      <w:docPartBody>
        <w:p w:rsidR="00B34780" w:rsidRDefault="007917CD" w:rsidP="007917CD">
          <w:pPr>
            <w:pStyle w:val="C92C2D288278427194453B012B0D7D43"/>
          </w:pPr>
          <w:r w:rsidRPr="00945CDB">
            <w:rPr>
              <w:rStyle w:val="PlaceholderText"/>
            </w:rPr>
            <w:t>Click or tap here to enter text.</w:t>
          </w:r>
        </w:p>
      </w:docPartBody>
    </w:docPart>
    <w:docPart>
      <w:docPartPr>
        <w:name w:val="549570E250BE4D0DAF37FF2C2C0D9211"/>
        <w:category>
          <w:name w:val="General"/>
          <w:gallery w:val="placeholder"/>
        </w:category>
        <w:types>
          <w:type w:val="bbPlcHdr"/>
        </w:types>
        <w:behaviors>
          <w:behavior w:val="content"/>
        </w:behaviors>
        <w:guid w:val="{C6ECBF67-09CC-4600-AE7D-06A183849809}"/>
      </w:docPartPr>
      <w:docPartBody>
        <w:p w:rsidR="00B34780" w:rsidRDefault="007917CD" w:rsidP="007917CD">
          <w:pPr>
            <w:pStyle w:val="549570E250BE4D0DAF37FF2C2C0D9211"/>
          </w:pPr>
          <w:r w:rsidRPr="00945CDB">
            <w:rPr>
              <w:rStyle w:val="PlaceholderText"/>
            </w:rPr>
            <w:t>Click or tap here to enter text.</w:t>
          </w:r>
        </w:p>
      </w:docPartBody>
    </w:docPart>
    <w:docPart>
      <w:docPartPr>
        <w:name w:val="985948FA13E249FE9BB0ACA70229522E"/>
        <w:category>
          <w:name w:val="General"/>
          <w:gallery w:val="placeholder"/>
        </w:category>
        <w:types>
          <w:type w:val="bbPlcHdr"/>
        </w:types>
        <w:behaviors>
          <w:behavior w:val="content"/>
        </w:behaviors>
        <w:guid w:val="{A7633F45-8E54-4D48-BE66-12C612306EB2}"/>
      </w:docPartPr>
      <w:docPartBody>
        <w:p w:rsidR="00B34780" w:rsidRDefault="007917CD" w:rsidP="007917CD">
          <w:pPr>
            <w:pStyle w:val="985948FA13E249FE9BB0ACA70229522E"/>
          </w:pPr>
          <w:r w:rsidRPr="00945CDB">
            <w:rPr>
              <w:rStyle w:val="PlaceholderText"/>
            </w:rPr>
            <w:t>Click or tap here to enter text.</w:t>
          </w:r>
        </w:p>
      </w:docPartBody>
    </w:docPart>
    <w:docPart>
      <w:docPartPr>
        <w:name w:val="EC37600B01BC4416B5C3312F8D9A8F2F"/>
        <w:category>
          <w:name w:val="General"/>
          <w:gallery w:val="placeholder"/>
        </w:category>
        <w:types>
          <w:type w:val="bbPlcHdr"/>
        </w:types>
        <w:behaviors>
          <w:behavior w:val="content"/>
        </w:behaviors>
        <w:guid w:val="{5C303312-6D99-4F5B-B398-E4D3448A3648}"/>
      </w:docPartPr>
      <w:docPartBody>
        <w:p w:rsidR="00B34780" w:rsidRDefault="007917CD" w:rsidP="007917CD">
          <w:pPr>
            <w:pStyle w:val="EC37600B01BC4416B5C3312F8D9A8F2F"/>
          </w:pPr>
          <w:r w:rsidRPr="00945CDB">
            <w:rPr>
              <w:rStyle w:val="PlaceholderText"/>
            </w:rPr>
            <w:t>Click or tap here to enter text.</w:t>
          </w:r>
        </w:p>
      </w:docPartBody>
    </w:docPart>
    <w:docPart>
      <w:docPartPr>
        <w:name w:val="28D22093276A40408024996D664D00CB"/>
        <w:category>
          <w:name w:val="General"/>
          <w:gallery w:val="placeholder"/>
        </w:category>
        <w:types>
          <w:type w:val="bbPlcHdr"/>
        </w:types>
        <w:behaviors>
          <w:behavior w:val="content"/>
        </w:behaviors>
        <w:guid w:val="{35B66DA0-12B2-434A-B66A-92324B1B7432}"/>
      </w:docPartPr>
      <w:docPartBody>
        <w:p w:rsidR="00B34780" w:rsidRDefault="007917CD" w:rsidP="007917CD">
          <w:pPr>
            <w:pStyle w:val="28D22093276A40408024996D664D00CB"/>
          </w:pPr>
          <w:r w:rsidRPr="00945CD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7CD"/>
    <w:rsid w:val="00395697"/>
    <w:rsid w:val="005318CF"/>
    <w:rsid w:val="007654CF"/>
    <w:rsid w:val="007917CD"/>
    <w:rsid w:val="00A62476"/>
    <w:rsid w:val="00B347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17CD"/>
    <w:rPr>
      <w:color w:val="666666"/>
    </w:rPr>
  </w:style>
  <w:style w:type="paragraph" w:customStyle="1" w:styleId="F9A535671730447FBA47533E93DD9D00">
    <w:name w:val="F9A535671730447FBA47533E93DD9D00"/>
    <w:rsid w:val="007917CD"/>
  </w:style>
  <w:style w:type="paragraph" w:customStyle="1" w:styleId="7FEFCE1A10DF4114A9EC2B58379CD322">
    <w:name w:val="7FEFCE1A10DF4114A9EC2B58379CD322"/>
    <w:rsid w:val="007917CD"/>
  </w:style>
  <w:style w:type="paragraph" w:customStyle="1" w:styleId="39A8BB8B78384013BBC68A1228771EDB">
    <w:name w:val="39A8BB8B78384013BBC68A1228771EDB"/>
    <w:rsid w:val="007917CD"/>
  </w:style>
  <w:style w:type="paragraph" w:customStyle="1" w:styleId="74DB236317DB46E882A98E593D7EAAB7">
    <w:name w:val="74DB236317DB46E882A98E593D7EAAB7"/>
    <w:rsid w:val="007917CD"/>
  </w:style>
  <w:style w:type="paragraph" w:customStyle="1" w:styleId="C92C2D288278427194453B012B0D7D43">
    <w:name w:val="C92C2D288278427194453B012B0D7D43"/>
    <w:rsid w:val="007917CD"/>
  </w:style>
  <w:style w:type="paragraph" w:customStyle="1" w:styleId="549570E250BE4D0DAF37FF2C2C0D9211">
    <w:name w:val="549570E250BE4D0DAF37FF2C2C0D9211"/>
    <w:rsid w:val="007917CD"/>
  </w:style>
  <w:style w:type="paragraph" w:customStyle="1" w:styleId="985948FA13E249FE9BB0ACA70229522E">
    <w:name w:val="985948FA13E249FE9BB0ACA70229522E"/>
    <w:rsid w:val="007917CD"/>
  </w:style>
  <w:style w:type="paragraph" w:customStyle="1" w:styleId="EC37600B01BC4416B5C3312F8D9A8F2F">
    <w:name w:val="EC37600B01BC4416B5C3312F8D9A8F2F"/>
    <w:rsid w:val="007917CD"/>
  </w:style>
  <w:style w:type="paragraph" w:customStyle="1" w:styleId="28D22093276A40408024996D664D00CB">
    <w:name w:val="28D22093276A40408024996D664D00CB"/>
    <w:rsid w:val="007917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11</Pages>
  <Words>886</Words>
  <Characters>5054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Steve Riddle</cp:lastModifiedBy>
  <cp:revision>7</cp:revision>
  <dcterms:created xsi:type="dcterms:W3CDTF">2013-12-23T23:15:00Z</dcterms:created>
  <dcterms:modified xsi:type="dcterms:W3CDTF">2025-07-14T22:48:00Z</dcterms:modified>
  <cp:category/>
</cp:coreProperties>
</file>